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B1103" w14:textId="77777777" w:rsidR="00A565A5" w:rsidRDefault="00000000">
      <w:pPr>
        <w:pStyle w:val="Ttulo"/>
        <w:jc w:val="center"/>
      </w:pPr>
      <w:r>
        <w:t>ANEXO ÚNICO</w:t>
      </w:r>
      <w:r>
        <w:br/>
        <w:t>FICHA DE INSCRIÇÃO DA VITRINE GAMES MT</w:t>
      </w:r>
    </w:p>
    <w:p w14:paraId="60A86971" w14:textId="17AB41BA" w:rsidR="00A565A5" w:rsidRDefault="00000000">
      <w:pPr>
        <w:spacing w:after="120"/>
      </w:pPr>
      <w:r>
        <w:t xml:space="preserve">Preencha as informações abaixo e anexe esta ficha, assinada, ao formulário da modalidade Vitrine Games MT no site https://festivalhightechmt.com.br/. Os demais documentos estão relacionados no item 3.3 </w:t>
      </w:r>
      <w:proofErr w:type="gramStart"/>
      <w:r>
        <w:t>do</w:t>
      </w:r>
      <w:proofErr w:type="gramEnd"/>
      <w:r>
        <w:t xml:space="preserve"> Regulamento. </w:t>
      </w:r>
    </w:p>
    <w:p w14:paraId="0646FD8A" w14:textId="77777777" w:rsidR="00DE2F87" w:rsidRDefault="00DE2F87">
      <w:pPr>
        <w:pStyle w:val="Ttulo1"/>
      </w:pPr>
    </w:p>
    <w:p w14:paraId="37E20D96" w14:textId="20054C25" w:rsidR="00A565A5" w:rsidRDefault="00000000">
      <w:pPr>
        <w:pStyle w:val="Ttulo1"/>
      </w:pPr>
      <w:r>
        <w:t>1. Identificação do jogo</w:t>
      </w:r>
    </w:p>
    <w:p w14:paraId="762FFECB" w14:textId="77777777" w:rsidR="00A565A5" w:rsidRDefault="00000000">
      <w:pPr>
        <w:keepNext/>
        <w:spacing w:after="40"/>
      </w:pPr>
      <w:r>
        <w:rPr>
          <w:b/>
          <w:sz w:val="21"/>
        </w:rPr>
        <w:t>Nome do jogo</w:t>
      </w:r>
    </w:p>
    <w:p w14:paraId="2A4EA0A4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257586D3" w14:textId="77777777" w:rsidR="00A565A5" w:rsidRDefault="00000000">
      <w:pPr>
        <w:keepNext/>
        <w:spacing w:after="40"/>
      </w:pPr>
      <w:r>
        <w:rPr>
          <w:b/>
          <w:sz w:val="21"/>
        </w:rPr>
        <w:t>Nome do coletivo ou estúdio (opcional)</w:t>
      </w:r>
    </w:p>
    <w:p w14:paraId="28C21EED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3A292E82" w14:textId="77777777" w:rsidR="00A565A5" w:rsidRDefault="00000000">
      <w:pPr>
        <w:keepNext/>
        <w:spacing w:after="40"/>
      </w:pPr>
      <w:r>
        <w:rPr>
          <w:b/>
          <w:sz w:val="21"/>
        </w:rPr>
        <w:t>Gênero do jogo e plataforma de execução</w:t>
      </w:r>
    </w:p>
    <w:p w14:paraId="58EA04D8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24C8C795" w14:textId="77777777" w:rsidR="00A565A5" w:rsidRDefault="00000000">
      <w:pPr>
        <w:spacing w:after="120"/>
      </w:pPr>
      <w:r>
        <w:rPr>
          <w:sz w:val="21"/>
        </w:rPr>
        <w:t>Estágio de desenvolvimento:  [ ] Protótipo jogável  [ ] Em desenvolvimento  [ ] Lançado</w:t>
      </w:r>
    </w:p>
    <w:p w14:paraId="459D754C" w14:textId="77777777" w:rsidR="00A565A5" w:rsidRDefault="00000000">
      <w:pPr>
        <w:keepNext/>
        <w:spacing w:after="40"/>
      </w:pPr>
      <w:r>
        <w:rPr>
          <w:b/>
          <w:sz w:val="21"/>
        </w:rPr>
        <w:t>Descrição do jogo e da experiência que será oferecida ao público</w:t>
      </w:r>
    </w:p>
    <w:p w14:paraId="44A9BA1A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3E555AF3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6B8EFE82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67C6A015" w14:textId="77777777" w:rsidR="00A565A5" w:rsidRDefault="00000000">
      <w:pPr>
        <w:keepNext/>
        <w:spacing w:after="40"/>
      </w:pPr>
      <w:r>
        <w:rPr>
          <w:b/>
          <w:sz w:val="21"/>
        </w:rPr>
        <w:t>Vínculo ou contribuição do projeto para o setor de games de Mato Grosso</w:t>
      </w:r>
    </w:p>
    <w:p w14:paraId="49F8442F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545C90E5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7E2F8884" w14:textId="77777777" w:rsidR="00A565A5" w:rsidRDefault="00000000">
      <w:pPr>
        <w:keepNext/>
        <w:spacing w:after="40"/>
      </w:pPr>
      <w:r>
        <w:rPr>
          <w:b/>
          <w:sz w:val="21"/>
        </w:rPr>
        <w:t>Link de demonstração, vídeo, trailer ou indicação do arquivo enviado</w:t>
      </w:r>
    </w:p>
    <w:p w14:paraId="00951C4E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736B8279" w14:textId="77777777" w:rsidR="00A565A5" w:rsidRDefault="00000000">
      <w:pPr>
        <w:pStyle w:val="Ttulo1"/>
      </w:pPr>
      <w:r>
        <w:t>2. Identidade visual</w:t>
      </w:r>
    </w:p>
    <w:p w14:paraId="7E794741" w14:textId="77777777" w:rsidR="00A565A5" w:rsidRDefault="00000000">
      <w:pPr>
        <w:spacing w:after="120"/>
      </w:pPr>
      <w:r>
        <w:rPr>
          <w:sz w:val="21"/>
        </w:rPr>
        <w:t>Anexe uma imagem que identifique o jogo, como capa, logotipo ou banner. A identidade visual deve corresponder ao projeto inscrito. Informe abaixo o nome do arquivo ou o link para acesso.</w:t>
      </w:r>
    </w:p>
    <w:p w14:paraId="0DAF7231" w14:textId="77777777" w:rsidR="00A565A5" w:rsidRDefault="00000000">
      <w:pPr>
        <w:keepNext/>
        <w:spacing w:after="40"/>
      </w:pPr>
      <w:r>
        <w:rPr>
          <w:b/>
          <w:sz w:val="21"/>
        </w:rPr>
        <w:t>Arquivo ou link da identidade visual do jogo</w:t>
      </w:r>
    </w:p>
    <w:p w14:paraId="1EBC72BB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3E8A3ADD" w14:textId="77777777" w:rsidR="00A565A5" w:rsidRDefault="00000000">
      <w:pPr>
        <w:spacing w:after="120"/>
      </w:pPr>
      <w:r>
        <w:rPr>
          <w:sz w:val="21"/>
        </w:rPr>
        <w:t>Material enviado:  [ ] Capa  [ ] Logotipo  [ ] Banner  [ ] Outra imagem do jogo</w:t>
      </w:r>
    </w:p>
    <w:p w14:paraId="5800FC56" w14:textId="77777777" w:rsidR="00A565A5" w:rsidRDefault="00000000">
      <w:pPr>
        <w:pStyle w:val="Ttulo1"/>
        <w:pageBreakBefore/>
      </w:pPr>
      <w:r>
        <w:lastRenderedPageBreak/>
        <w:t>3. Responsável pela inscrição</w:t>
      </w:r>
    </w:p>
    <w:p w14:paraId="38DD5718" w14:textId="77777777" w:rsidR="00A565A5" w:rsidRDefault="00000000">
      <w:pPr>
        <w:keepNext/>
        <w:spacing w:after="40"/>
      </w:pPr>
      <w:r>
        <w:rPr>
          <w:b/>
          <w:sz w:val="21"/>
        </w:rPr>
        <w:t>Nome completo do representante responsável</w:t>
      </w:r>
    </w:p>
    <w:p w14:paraId="1E63041F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57A1C8EA" w14:textId="77777777" w:rsidR="00A565A5" w:rsidRDefault="00000000">
      <w:pPr>
        <w:keepNext/>
        <w:spacing w:after="40"/>
      </w:pPr>
      <w:r>
        <w:rPr>
          <w:b/>
          <w:sz w:val="21"/>
        </w:rPr>
        <w:t>CPF do representante e CNPJ do estúdio ou empresa quando aplicável</w:t>
      </w:r>
    </w:p>
    <w:p w14:paraId="74A5A6ED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1201BDD9" w14:textId="77777777" w:rsidR="00A565A5" w:rsidRDefault="00000000">
      <w:pPr>
        <w:keepNext/>
        <w:spacing w:after="40"/>
      </w:pPr>
      <w:r>
        <w:rPr>
          <w:b/>
          <w:sz w:val="21"/>
        </w:rPr>
        <w:t>Município e Estado de residência ou atuação</w:t>
      </w:r>
    </w:p>
    <w:p w14:paraId="67DCE8F3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20E1982F" w14:textId="77777777" w:rsidR="00A565A5" w:rsidRDefault="00000000">
      <w:pPr>
        <w:keepNext/>
        <w:spacing w:after="40"/>
      </w:pPr>
      <w:r>
        <w:rPr>
          <w:b/>
          <w:sz w:val="21"/>
        </w:rPr>
        <w:t>Telefone ou WhatsApp e e-mail para contato</w:t>
      </w:r>
    </w:p>
    <w:p w14:paraId="0997F7C1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26084ED4" w14:textId="77777777" w:rsidR="00A565A5" w:rsidRDefault="00000000">
      <w:pPr>
        <w:spacing w:after="120"/>
      </w:pPr>
      <w:r>
        <w:rPr>
          <w:sz w:val="21"/>
        </w:rPr>
        <w:t>O representante é menor de 18 anos?  [ ] Não  [ ] Sim</w:t>
      </w:r>
      <w:r>
        <w:rPr>
          <w:sz w:val="21"/>
        </w:rPr>
        <w:br/>
        <w:t>Em caso afirmativo, apresentar a autorização e os dados do responsável legal previstos no Edital.</w:t>
      </w:r>
    </w:p>
    <w:p w14:paraId="27C4D8D5" w14:textId="77777777" w:rsidR="00A565A5" w:rsidRDefault="00000000">
      <w:pPr>
        <w:pStyle w:val="Ttulo1"/>
      </w:pPr>
      <w:r>
        <w:t>4. Representantes durante a exposição</w:t>
      </w:r>
    </w:p>
    <w:p w14:paraId="45BF3799" w14:textId="77777777" w:rsidR="00A565A5" w:rsidRDefault="00000000">
      <w:pPr>
        <w:spacing w:after="120"/>
      </w:pPr>
      <w:r>
        <w:rPr>
          <w:sz w:val="21"/>
        </w:rPr>
        <w:t>Indique quem acompanhará o jogo em cada dia. A mesma pessoa poderá representar a proposta nos três dias. Outros integrantes poderão ser informados à organização para revezamento.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030"/>
      </w:tblGrid>
      <w:tr w:rsidR="00A565A5" w14:paraId="3889AE7D" w14:textId="77777777">
        <w:trPr>
          <w:cantSplit/>
          <w:tblHeader/>
          <w:jc w:val="center"/>
        </w:trPr>
        <w:tc>
          <w:tcPr>
            <w:tcW w:w="1984" w:type="dxa"/>
            <w:shd w:val="clear" w:color="auto" w:fill="E7E6E6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3C4C8B7" w14:textId="77777777" w:rsidR="00A565A5" w:rsidRDefault="00000000">
            <w:pPr>
              <w:spacing w:after="0" w:line="240" w:lineRule="auto"/>
            </w:pPr>
            <w:r>
              <w:rPr>
                <w:b/>
                <w:sz w:val="21"/>
              </w:rPr>
              <w:t>Dia</w:t>
            </w:r>
          </w:p>
        </w:tc>
        <w:tc>
          <w:tcPr>
            <w:tcW w:w="7030" w:type="dxa"/>
            <w:shd w:val="clear" w:color="auto" w:fill="E7E6E6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54F00B" w14:textId="77777777" w:rsidR="00A565A5" w:rsidRDefault="00000000">
            <w:pPr>
              <w:spacing w:after="0" w:line="240" w:lineRule="auto"/>
            </w:pPr>
            <w:r>
              <w:rPr>
                <w:b/>
                <w:sz w:val="21"/>
              </w:rPr>
              <w:t>Nome do representante</w:t>
            </w:r>
          </w:p>
        </w:tc>
      </w:tr>
      <w:tr w:rsidR="00A565A5" w14:paraId="3C413721" w14:textId="77777777">
        <w:trPr>
          <w:cantSplit/>
          <w:jc w:val="center"/>
        </w:trPr>
        <w:tc>
          <w:tcPr>
            <w:tcW w:w="198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4F7B8BF" w14:textId="77777777" w:rsidR="00A565A5" w:rsidRDefault="00000000">
            <w:pPr>
              <w:spacing w:after="0" w:line="240" w:lineRule="auto"/>
            </w:pPr>
            <w:r>
              <w:rPr>
                <w:sz w:val="21"/>
              </w:rPr>
              <w:t>21/10/2026</w:t>
            </w:r>
          </w:p>
        </w:tc>
        <w:tc>
          <w:tcPr>
            <w:tcW w:w="703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E7727DD" w14:textId="77777777" w:rsidR="00A565A5" w:rsidRDefault="00000000">
            <w:pPr>
              <w:spacing w:after="0" w:line="240" w:lineRule="auto"/>
            </w:pPr>
            <w:r>
              <w:rPr>
                <w:sz w:val="21"/>
              </w:rPr>
              <w:t>____________________________________________</w:t>
            </w:r>
          </w:p>
        </w:tc>
      </w:tr>
      <w:tr w:rsidR="00A565A5" w14:paraId="4ADB915D" w14:textId="77777777">
        <w:trPr>
          <w:cantSplit/>
          <w:jc w:val="center"/>
        </w:trPr>
        <w:tc>
          <w:tcPr>
            <w:tcW w:w="198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ECD1C5" w14:textId="77777777" w:rsidR="00A565A5" w:rsidRDefault="00000000">
            <w:pPr>
              <w:spacing w:after="0" w:line="240" w:lineRule="auto"/>
            </w:pPr>
            <w:r>
              <w:rPr>
                <w:sz w:val="21"/>
              </w:rPr>
              <w:t>22/10/2026</w:t>
            </w:r>
          </w:p>
        </w:tc>
        <w:tc>
          <w:tcPr>
            <w:tcW w:w="703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43831CF" w14:textId="77777777" w:rsidR="00A565A5" w:rsidRDefault="00000000">
            <w:pPr>
              <w:spacing w:after="0" w:line="240" w:lineRule="auto"/>
            </w:pPr>
            <w:r>
              <w:rPr>
                <w:sz w:val="21"/>
              </w:rPr>
              <w:t>____________________________________________</w:t>
            </w:r>
          </w:p>
        </w:tc>
      </w:tr>
      <w:tr w:rsidR="00A565A5" w14:paraId="18FDDF9D" w14:textId="77777777">
        <w:trPr>
          <w:cantSplit/>
          <w:jc w:val="center"/>
        </w:trPr>
        <w:tc>
          <w:tcPr>
            <w:tcW w:w="1984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647B58" w14:textId="77777777" w:rsidR="00A565A5" w:rsidRDefault="00000000">
            <w:pPr>
              <w:spacing w:after="0" w:line="240" w:lineRule="auto"/>
            </w:pPr>
            <w:r>
              <w:rPr>
                <w:sz w:val="21"/>
              </w:rPr>
              <w:t>23/10/2026</w:t>
            </w:r>
          </w:p>
        </w:tc>
        <w:tc>
          <w:tcPr>
            <w:tcW w:w="703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DCC1A5" w14:textId="77777777" w:rsidR="00A565A5" w:rsidRDefault="00000000">
            <w:pPr>
              <w:spacing w:after="0" w:line="240" w:lineRule="auto"/>
            </w:pPr>
            <w:r>
              <w:rPr>
                <w:sz w:val="21"/>
              </w:rPr>
              <w:t>____________________________________________</w:t>
            </w:r>
          </w:p>
        </w:tc>
      </w:tr>
    </w:tbl>
    <w:p w14:paraId="5E78497F" w14:textId="77777777" w:rsidR="00A565A5" w:rsidRDefault="00A565A5">
      <w:pPr>
        <w:spacing w:after="20"/>
        <w:jc w:val="both"/>
      </w:pPr>
    </w:p>
    <w:p w14:paraId="47A88792" w14:textId="77777777" w:rsidR="00A565A5" w:rsidRDefault="00000000">
      <w:pPr>
        <w:pStyle w:val="Ttulo1"/>
      </w:pPr>
      <w:r>
        <w:t>5. Necessidades técnicas</w:t>
      </w:r>
    </w:p>
    <w:p w14:paraId="2765BE3D" w14:textId="77777777" w:rsidR="00A565A5" w:rsidRDefault="00000000">
      <w:pPr>
        <w:keepNext/>
        <w:spacing w:after="40"/>
      </w:pPr>
      <w:r>
        <w:rPr>
          <w:b/>
          <w:sz w:val="21"/>
        </w:rPr>
        <w:t>Configuração necessária e recursos que solicita utilizar</w:t>
      </w:r>
    </w:p>
    <w:p w14:paraId="053FE79B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7FA4D6AF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71CCEC4F" w14:textId="77777777" w:rsidR="00A565A5" w:rsidRDefault="00000000">
      <w:pPr>
        <w:keepNext/>
        <w:spacing w:after="40"/>
      </w:pPr>
      <w:r>
        <w:rPr>
          <w:b/>
          <w:sz w:val="21"/>
        </w:rPr>
        <w:t>Equipamentos próprios e periféricos que levará</w:t>
      </w:r>
    </w:p>
    <w:p w14:paraId="5D9292C0" w14:textId="77777777" w:rsidR="00A565A5" w:rsidRDefault="00000000">
      <w:pPr>
        <w:spacing w:after="80"/>
      </w:pPr>
      <w:r>
        <w:rPr>
          <w:sz w:val="21"/>
        </w:rPr>
        <w:t>________________________________________________________________________</w:t>
      </w:r>
    </w:p>
    <w:p w14:paraId="5B14B9EC" w14:textId="77777777" w:rsidR="00A565A5" w:rsidRDefault="00000000">
      <w:pPr>
        <w:spacing w:after="120"/>
      </w:pPr>
      <w:r>
        <w:rPr>
          <w:sz w:val="21"/>
        </w:rPr>
        <w:t>Precisa de internet para executar o jogo?  [ ] Não  [ ] Sim</w:t>
      </w:r>
      <w:r>
        <w:rPr>
          <w:sz w:val="21"/>
        </w:rPr>
        <w:br/>
        <w:t>Faixa etária recomendada e orientações de uso: ___________________________</w:t>
      </w:r>
    </w:p>
    <w:p w14:paraId="452D7B56" w14:textId="77777777" w:rsidR="00A565A5" w:rsidRDefault="00000000">
      <w:pPr>
        <w:pStyle w:val="Ttulo1"/>
      </w:pPr>
      <w:r>
        <w:t>6. Declaração do responsável</w:t>
      </w:r>
    </w:p>
    <w:p w14:paraId="7CE15B98" w14:textId="77777777" w:rsidR="00A565A5" w:rsidRDefault="00000000">
      <w:pPr>
        <w:spacing w:after="120"/>
        <w:jc w:val="both"/>
      </w:pPr>
      <w:r>
        <w:rPr>
          <w:sz w:val="21"/>
        </w:rPr>
        <w:t>Declaro que as informações são verdadeiras e que tenho autoria ou autorização para apresentar o jogo. Comprometo-me a manter representante durante a exposição nos três dias, permitir a experimentação gratuita pelo público e cumprir o Edital e o Regulamento. Estou ciente de que a seleção e a participação condicionam o recebimento da premiação e de que devo apresentar as demais declarações e autorizações exigidas.</w:t>
      </w:r>
    </w:p>
    <w:p w14:paraId="6C83CFC0" w14:textId="77777777" w:rsidR="00A565A5" w:rsidRDefault="00000000">
      <w:pPr>
        <w:spacing w:after="120"/>
      </w:pPr>
      <w:r>
        <w:rPr>
          <w:sz w:val="21"/>
        </w:rPr>
        <w:t>Local e data: ___________________________________________________</w:t>
      </w:r>
    </w:p>
    <w:p w14:paraId="17C5EA6B" w14:textId="77777777" w:rsidR="00A565A5" w:rsidRDefault="00000000">
      <w:pPr>
        <w:spacing w:after="120"/>
      </w:pPr>
      <w:r>
        <w:rPr>
          <w:sz w:val="21"/>
        </w:rPr>
        <w:t>Assinatura do responsável: ________________________________________</w:t>
      </w:r>
    </w:p>
    <w:sectPr w:rsidR="00A565A5" w:rsidSect="00034616">
      <w:headerReference w:type="default" r:id="rId8"/>
      <w:footerReference w:type="default" r:id="rId9"/>
      <w:pgSz w:w="11909" w:h="16834"/>
      <w:pgMar w:top="203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C5EC" w14:textId="77777777" w:rsidR="00C14B66" w:rsidRDefault="00C14B66">
      <w:pPr>
        <w:spacing w:after="0" w:line="240" w:lineRule="auto"/>
      </w:pPr>
      <w:r>
        <w:separator/>
      </w:r>
    </w:p>
  </w:endnote>
  <w:endnote w:type="continuationSeparator" w:id="0">
    <w:p w14:paraId="246F28E9" w14:textId="77777777" w:rsidR="00C14B66" w:rsidRDefault="00C1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74AF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sz w:val="18"/>
        <w:szCs w:val="18"/>
      </w:rPr>
    </w:pPr>
    <w:r>
      <w:rPr>
        <w:sz w:val="16"/>
        <w:szCs w:val="18"/>
      </w:rPr>
      <w:t>Rua Sidônio Rondon de Moraes, Quadra 147, n° 11</w:t>
    </w:r>
  </w:p>
  <w:p w14:paraId="08F837D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sz w:val="18"/>
        <w:szCs w:val="18"/>
      </w:rPr>
    </w:pPr>
    <w:r>
      <w:rPr>
        <w:sz w:val="16"/>
        <w:szCs w:val="18"/>
      </w:rPr>
      <w:t>Bairro Canelas, Várzea Grande MT, 78135-380</w:t>
    </w:r>
  </w:p>
  <w:p w14:paraId="3583EE68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hyperlink r:id="rId1">
      <w:r>
        <w:rPr>
          <w:b/>
          <w:color w:val="0000FF"/>
          <w:sz w:val="18"/>
          <w:szCs w:val="18"/>
          <w:u w:val="single"/>
        </w:rPr>
        <w:t>https://festivalhightechmt.com.br</w:t>
      </w:r>
    </w:hyperlink>
  </w:p>
  <w:p w14:paraId="215DCC72" w14:textId="77777777" w:rsidR="00000000" w:rsidRDefault="00000000" w:rsidP="006271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</w:rPr>
    </w:pPr>
    <w:r w:rsidRPr="00725F0F">
      <w:rPr>
        <w:bCs/>
        <w:sz w:val="16"/>
        <w:szCs w:val="18"/>
      </w:rPr>
      <w:t>CNPJ: 19.412.673/0001-87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2CEE70E0" wp14:editId="526D1E49">
          <wp:simplePos x="0" y="0"/>
          <wp:positionH relativeFrom="column">
            <wp:posOffset>-1392554</wp:posOffset>
          </wp:positionH>
          <wp:positionV relativeFrom="paragraph">
            <wp:posOffset>309646</wp:posOffset>
          </wp:positionV>
          <wp:extent cx="8990330" cy="512445"/>
          <wp:effectExtent l="0" t="0" r="0" b="0"/>
          <wp:wrapNone/>
          <wp:docPr id="20146599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t="45951"/>
                  <a:stretch>
                    <a:fillRect/>
                  </a:stretch>
                </pic:blipFill>
                <pic:spPr>
                  <a:xfrm>
                    <a:off x="0" y="0"/>
                    <a:ext cx="8990330" cy="5124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7901E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8EE7" w14:textId="77777777" w:rsidR="00C14B66" w:rsidRDefault="00C14B66">
      <w:pPr>
        <w:spacing w:after="0" w:line="240" w:lineRule="auto"/>
      </w:pPr>
      <w:r>
        <w:separator/>
      </w:r>
    </w:p>
  </w:footnote>
  <w:footnote w:type="continuationSeparator" w:id="0">
    <w:p w14:paraId="0FBE7B02" w14:textId="77777777" w:rsidR="00C14B66" w:rsidRDefault="00C1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5C33" w14:textId="77777777" w:rsidR="00000000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5DA51286" wp14:editId="20C47CA4">
          <wp:simplePos x="0" y="0"/>
          <wp:positionH relativeFrom="page">
            <wp:align>left</wp:align>
          </wp:positionH>
          <wp:positionV relativeFrom="paragraph">
            <wp:posOffset>-678180</wp:posOffset>
          </wp:positionV>
          <wp:extent cx="7806684" cy="1507958"/>
          <wp:effectExtent l="0" t="0" r="4445" b="0"/>
          <wp:wrapNone/>
          <wp:docPr id="11571875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06684" cy="15079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1942028">
    <w:abstractNumId w:val="8"/>
  </w:num>
  <w:num w:numId="2" w16cid:durableId="1053895047">
    <w:abstractNumId w:val="6"/>
  </w:num>
  <w:num w:numId="3" w16cid:durableId="1962613736">
    <w:abstractNumId w:val="5"/>
  </w:num>
  <w:num w:numId="4" w16cid:durableId="790132787">
    <w:abstractNumId w:val="4"/>
  </w:num>
  <w:num w:numId="5" w16cid:durableId="1666593093">
    <w:abstractNumId w:val="7"/>
  </w:num>
  <w:num w:numId="6" w16cid:durableId="1989094808">
    <w:abstractNumId w:val="3"/>
  </w:num>
  <w:num w:numId="7" w16cid:durableId="1287737897">
    <w:abstractNumId w:val="2"/>
  </w:num>
  <w:num w:numId="8" w16cid:durableId="1527324853">
    <w:abstractNumId w:val="1"/>
  </w:num>
  <w:num w:numId="9" w16cid:durableId="31013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565A5"/>
    <w:rsid w:val="00AA1D8D"/>
    <w:rsid w:val="00B47730"/>
    <w:rsid w:val="00C14B66"/>
    <w:rsid w:val="00CB0664"/>
    <w:rsid w:val="00DE2F87"/>
    <w:rsid w:val="00EE6B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E67B94"/>
  <w14:defaultImageDpi w14:val="300"/>
  <w15:docId w15:val="{0E1CC9E3-D06E-2943-97BD-9DB20BE2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90" w:line="259" w:lineRule="auto"/>
    </w:pPr>
    <w:rPr>
      <w:rFonts w:ascii="Arial" w:hAnsi="Arial"/>
      <w:color w:val="000000"/>
      <w:sz w:val="23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keepNext/>
      <w:numPr>
        <w:ilvl w:val="1"/>
      </w:numPr>
      <w:spacing w:after="12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festivalhightechmt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Inscrição da Vitrine Games MT</dc:title>
  <dc:subject>Festival High Tech 2026</dc:subject>
  <dc:creator>Instituto Brasil</dc:creator>
  <cp:keywords>Vitrine Games MT, High Tech, games, regulamento, inscrição</cp:keywords>
  <dc:description/>
  <cp:lastModifiedBy>Tharlls Barbosa</cp:lastModifiedBy>
  <cp:revision>2</cp:revision>
  <dcterms:created xsi:type="dcterms:W3CDTF">2013-12-23T23:15:00Z</dcterms:created>
  <dcterms:modified xsi:type="dcterms:W3CDTF">2026-09-30T19:06:00Z</dcterms:modified>
  <cp:category/>
</cp:coreProperties>
</file>